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رواية بلقيس بكائية آخر الليل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مديحة/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التجريب/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