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الشعراء القدامى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 منى/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فراس الحمداني/ المرأة/ الصورة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