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معلقة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سميرة/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التشبيه/ الصورة التشبيهية/ الصورة الاستعارية/ الصورة البيانية/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