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جموع التكسير في ديوان أغاني الحياة لأبي القاسم الشابي دراسة صرفية دلالية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كريوط فطيمة/ بوفاس عبد الحميد(مشرفا)/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800180811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علم الصرف/ البنية الدلالية/ البنية الصرفية/ جمع التكسير/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