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تعدد المصطلح في الدرس اللغوي نظام الإرتباط والربط في تركيب الجملة العربية لمصطفى حميدة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عمرو عياش مروة/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المصطلح/ الدرس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