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التداولي في البلاغة العربية كتاب دلائل الإعجاز لعبد القاهر الجرجاني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مساعدي هدى/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 العربية/ التداولية/ عبد القاهر الجرجاني/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