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رواية دمية النار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الميتاروائي/ السيرذاتي/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