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New Cutting edge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Sarah Cunningham/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9780582825253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