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America in the progressive Era 1890-1914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Lewis L. Gould/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 Education/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9780582356719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