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men for all seasons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 Bolt/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9780582781818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