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l my s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thur Mill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10553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