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Bleak house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9780582030930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