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obinson Cruso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niel Defo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4062315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