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كراسات المركز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11123451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