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الأجنبية ودورها في تطوير قطاع الخدمات : دراسة حالة قطاع الإتصالات اللاسلكية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بلبصير زينب/ بولصباع محمود (رئيسا) ، غيشي عبد العالي ( مناقشا) 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