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الحوكمة في تحسين الأداء المالي للشركات: دراسة حالة شركة التأمينات TRUST الفلسطينية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سلاحي آمنة/ بوطلاعة محمد (رئيسا) ; بوهلالة سعاد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