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الإلكتروني و أثره على رضا الزبون : دراسة حالة مؤسسة اتصالت الجزائر -وكالة القرارم قوقة ,ميلة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 أسماء/ عاشوري إبراهيم(رئيسا)،لبصير فاطمة(مناقشا)،بوزاهر صونية(مشرفا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