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الوكالة الوطنية لتطوير الاستثمار في تشجيع القطاع الخاص في الجزائر : دراسة حالة وكالة ميلة من 2011-2016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أحمد خولة/ حريز هشام(رئيسا)،خوازم حمزة(مناقشا)،زواري فرحات سليمات(مشرفا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