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 banc d'essai des pompes centrifuges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KHELLAF soufyane/ M.moussouni A (président ); M.koussa M. ( examinateur)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