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التعليمي في الحكايات كتاب اللغة العربية من التعليم المتوسط السنة الأولى والثانية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بالي إيمان/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