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الغاب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زموري رقية/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