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مفهوم البلاغة التعليمية عند أحمد الهاشمي قراءة وصفية لكتاب جواهر البلاغة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خالوش مريم/ داودي الخثير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800184011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