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الإستماع وأثرها في تعليمية النحو، سنة 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بوسمينة نزيهة/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