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التحليل الأسلوبي لقصيدة في جبال الشمال لـ 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سمية/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