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اسألوا الحزين لفوزية عبة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قجور سعاد/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