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الوصف في رواية الأسود يليق بك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بلقيس مزهود/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800188511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