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مسرحية عشتار للكاتبة "حياة الرايس"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سرسوب/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