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عند تمام حسان في ضوء 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قرنونة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