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مستويات النحو التعليمي عند مصطفى الغلاييني قراءة وصفية تحليلية في كتاب جامع الدروس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مرباح عائشة/ داودي الخثير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800214511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