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تقليص نصوص القراءة لقسم السنة الثانية ابتدائي : -دراسة تحليلية وموازنة-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زينب/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