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التعبير الكتابي مقاربة بالكفاءات : مقارنة بين الإناث و الذكور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قرواز إكرام/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