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الشعرية ''في القدس'' لتميم البرغوثي : دراسة بنوية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رقية جلامة/ سليوة حميدة(مشرفا)/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800194011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