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التقليدي والحداثي في شعر محمد العيد آل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بوبريم رزيقة/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800215411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