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تمام حسان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كيبوش فضيلة/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