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أنشودة المطر لبدر شاكر السياب مقاربة سيميائية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دلوش عائشة/ عزوز عبد القادر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800216011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