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ببليوغرافيا مذكرات التخرج ''دراسات لغوية طور الماستر بالمركز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حمادة مريم/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800216711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