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الفروق اللغوية في عربية القرآن قراءة وصفية تحليلية لكتاب من أسرار البيان القرآني للدكتور فاضل صالح السامرائي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غربي سهام/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