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المحو في ديوان هبة الفراغ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ابتسام/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800197211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