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المعجم ودورها في إنتاجية المعنى المنجد للويس معلوف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سعادة نعيمة/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800217111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