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تمثلات الآخر في رواية صديقتي اليهودية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غيموز مفيدة/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800198711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