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العنونة في كتابات جميلة زنير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قجبور إسمهان/ علاوة كوسة(مشرفا)/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800218311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