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الدخيل والمعرب في معجم لسان العرب لإبن منظور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دخموش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