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القراءة والكتابة عند تلاميذ السنة الرابعة متوسط بين المؤسسات الحكومية والمؤسسات الخاصة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مزهود رحمة/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