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حضرة الجنرال لكمال قرور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شلي نجاة/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