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الروائي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تباني ليلى/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