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العالم في الحكمة العربية عند أبي العتاهية مقاربة تفكيكية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الهام/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800220911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