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عينية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بخي فضيلة/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800221211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