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العجائبي في الرحلة العربية : رحلة أبي راس الناصري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شاوي إكرام/ معاشوبووشمة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800203911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