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الحس المأساوي في مسرحية اللئام عبد القادر علولة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عتمة حياة/ كراد موسى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800221811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