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الرمز في ديوان عناقيد الغضب لعبد الملك بومنجل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مسعي سلمى/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800204511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